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מיתולוגיה?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מיתוס ומהי מיתולוגיה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שלושת תפקידי המיתוס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המקורות המרכזיים של סיפורי 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עתיק שמנסה להסביר את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הסיפורים עברו מפה לאוזן במשך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אמונה באלים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היהדות מאמינה באל אחד, מונותיאיזם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הם כעסו, קינאו והתאהבו כמו בני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כתב את "תולדות האלים"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מיתולוגיה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(האיליאדה והאודיסיאה)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(תולדות האלים)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(מטמורפוזות)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(טרגדיות בתיאטרון)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תופעת טבע (למשל רעם, גשם) ודמויות מומצאות שמסבירות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 בכתיבה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סיפור עתיק שמסביר את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פוליתיאיזם - אלים רבים, מונותיאיזם - אל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דוגמה: הומרוס, הסיודוס, אובידיוס או ממצאים ארכיאולוגיים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אילו שאלות היו שואלים אנשים לפני שהיה מדע?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הטקסט לפני שהתלמידים עונים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הקצרה מתאימה לעבודה בזוגות ולשיתוף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מיתולוגיה?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מה זה מיתוס, למה אנשים בעבר סיפרו סיפורים כאלה, ומי הם היוצרים שבזכותם אנחנו מכירים את המיתולוגיה היוונית עד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מיתולוגיה  ·  עתיק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שנכתב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עתיק שמנסה להסביר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חוקים של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לאותו מיתוס יש כמה גרסאות?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הם תורגמו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הסיפורים עברו מפה לאוזן במשך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אסור היה לכתוב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פוליתיאיזם פירושו…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אמונה באל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אמונה באלים רבים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ליהדות יש אמונה באלים 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האלים היווניים נראו ונהגו כמו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הסיודוס כתב על בריאת העולם ומשפחת האלים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מיתוס הוא סיפור __________ על אלים, גיבורים ומפלצות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__________ פירושה אוסף כל המיתוסים של עם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הומרוס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תולדות האלים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הסיודוס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האיליאדה והאודיסיאה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אובידיוס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טרגדיות בתיאטרון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מחזאים יוונים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מטמורפוזות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בשלוש שורות: איזו תופעת טבע הייתם רוצים להסביר בעזרת סיפור, ומי הדמויות בסיפור שלכם?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הרחבה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מיתוס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פוליתיאיזם למונותיאיזם?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מיתולוגיה?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