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מיתולוגיה?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מיתוס ומהי מיתולוגיה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תפקידי המיתוס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המקורות המרכזיים של סיפורי 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עתיק שמנסה להסביר את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הסיפורים עברו מפה לאוזן במשך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אמונה באלים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המשורר הרומי אובידיוס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לחזות את מזג האוויר של 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האיליאדה והאודיסיאה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היהדות מאמינה באל אחד, מונותיאיזם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כעסו, קינאו והתאהבו כמו בני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הסיפורים עברו מפה לאוזן בלי סופר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כתב את "תולדות האלים"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אובידיוס היה משורר 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אחד משלושת תפקידי המיתוס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מיתולוגיה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פוליתיאיזם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הומרוס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מטמורפוזות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(האיליאדה והאודיסיאה)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(תולדות האלים)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(מטמורפוזות)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(טרגדיות בתיאטרון)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(כדים, פסלים ומקדשים)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תופעת טבע (למשל רעם, גשם) ודמויות מומצאות שמסבירות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מונותיאיזם הוא אמונה באל אחד, פוליתיאיזם הוא אמונה באלים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הרחבה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תפקיד אחד, יסביר אותו וייתן דוגמה מתאימה מתוך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סיפור עתיק שמסביר את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פוליתיאיזם - אלים רבים, מונותיאיזם - אל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דוגמה: הומרוס, הסיודוס, אובידיוס או ממצאים ארכיאולוגיים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אילו שאלות היו שואלים אנשים לפני שהיה מדע?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הטקסט לפני שהתלמידים עונים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הקצרה מתאימה לעבודה בזוגות ולשיתוף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מיתולוגיה?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סיפור מיתוס. נלמד למה אנשים בעבר המציאו סיפורים כאלה. נלמד גם מי כתב את הסיפורים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עתיק על אלים וגיבורים שמסביר את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מיתולוגיה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כל המיתוסים של עם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פוליתיאיזם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באלים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מונותיאיזם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באל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גבורה ארוך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טרגדיה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מחזה עצוב שהוצג בתיאטרון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 של דמות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בן אלמוות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מת לעולם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שנכתב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עתיק שמנסה להסביר 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חוקים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בעיתון על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יש כמה גרסאות לאותו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תורגמו לאנגלית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הסיפורים עברו מפה לאוזן במשך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היה לכתוב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כל אל כתב גרסה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פוליתיאיזם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אמונה באל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לימוד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שלטון של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אמונה באלים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כתב את הספר מטמורפוזות?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הסיודוס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המשורר הרומי אובידיוס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לא תפקיד של 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תופעות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לחזות את מזג האוויר של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ללמד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לחבר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הומרוס 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תולדות האלים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האיליאדה והאודיסיאה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מטמורפוזות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טרגדיות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ליהדות יש אמונה באלים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האלים היווניים נראו ונהגו כמו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מיתוס יווני יש סופר ידוע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הסיודוס כתב על בריאת העולם ומשפחת האלים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אובידיוס היה משורר יווני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מיתוסים יכולים ללמד ערכים כמו נאמנות ואומץ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מיתוס הוא סיפור __________ על אלים, גיבורים ומפלצות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__________ פירושה אוסף כל המיתוסים של עם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היוונים האמינו באלים רבים, אמונה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כתב את האיליאדה והאודיסיאה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אובידיוס כתב כ-250 סיפורים על דמויות שמשנות צורה בספר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הומרוס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כדים, פסלים ומקדשים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הסיודוס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טרגדיות בתיאטרון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אובידיוס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תולדות האלים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מחזאים יוונים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האיליאדה והאודיסיאה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ממצאים ארכיאולוגיים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מטמורפוזות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בשלוש שורות: איזו תופעת טבע הייתם רוצים להסביר בעזרת סיפור, ומי הדמויות בסיפור שלכם?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מונותיאיזם לפוליתיאיזם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הרחבה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משלושת תפקידי המיתוס (הסבר טבע, לימוד ערכים, חיבור בין אנשים) והסבירו בעזרת דוגמה מהדף מדוע תפקיד זה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מיתוס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פוליתיאיזם למונותיאיזם?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למקור שממנו אנחנו מכירים את המיתולוגיה היוונית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מיתולוגיה?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