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מיתולוגיה?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מיתוס ומהי מיתולוגיה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תפקידי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המקורות המרכזיים של סיפורי 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שמנסה להסביר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הסיפורים עברו מפה לאוזן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אמונה באלים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המשורר הרומי אובידיוס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לחזות את מזג האוויר של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האיליאדה והאודיסיאה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היהדות מאמינה באל אחד, מונותיאיזם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כעסו, קינאו והתאהבו כמו בני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הסיפורים עברו מפה לאוזן בלי סופר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כתב את "תולדות האלים"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אובידיוס היה משורר 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אחד משלושת תפקידי המיתוס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מיתולוגיה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פוליתיאיזם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מטמורפוזות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(האיליאדה והאודיסיאה)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(תולדות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(מטמורפוזות)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(טרגדיות בתיאטרון)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(כדים, פסלים ומקדשים)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תופעת טבע (למשל רעם, גשם) ודמויות מומצאות שמסבירות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מונותיאיזם הוא אמונה באל אחד, פוליתיאיזם הוא אמונה באלים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תפקיד אחד, יסביר אותו וייתן דוגמה מתאימה מתוך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סיפור עתיק שמסביר את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פוליתיאיזם - אלים רבים, מונותיאיזם - אל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הומרוס, הסיודוס, אובידיוס או ממצאים ארכיאולוגיים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אילו שאלות היו שואלים אנשים לפני שהיה מדע?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הטקסט לפני שהתלמידים עונים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הקצרה מתאימה לעבודה בזוגות ולשיתוף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מיתולוגיה?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מה זה מיתוס, למה אנשים בעבר סיפרו סיפורים כאלה, ומי הם היוצרים שבזכותם אנחנו מכירים את המיתולוגיה היוונית עד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עתיק שמנסה להסביר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חוקים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 על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לאותו מיתוס יש כמה גרסאות?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תורגמו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הסיפורים עברו מפה לאוזן במשך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היה לכתוב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כל אל כתב גרסה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פוליתיאיזם פירושו…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של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באלים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"מטמורפוזות"?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המשורר הרומי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מהבאים אינו תפקיד של המיתוס?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תופעות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לחזות את מזג האוויר של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כתב הומרוס?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תולדות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האיליאדה והאודיסיאה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מטמורפוזות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טרגדיות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ליהדות יש אמונה באלים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האלים היווניים נראו ונהגו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מיתוס יווני יש סופר ידוע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הסיודוס כתב על בריאת העולם ומשפחת האלים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אובידיוס היה משורר יווני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יכולים ללמד ערכים כמו נאמנות ואומץ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מיתוס הוא סיפור __________ על אלים, גיבורים ומפלצות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פירושה אוסף כל המיתוסים של עם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היוונים האמינו באלים רבים, אמונה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כתב את האיליאדה והאודיסיאה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אובידיוס כתב כ-250 סיפורים על דמויות שמשנות צורה בספר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הומרוס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כדים, פסלים ומקדשים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הסיודוס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טרגדיות בתיאטרון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אובידיוס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האיליאדה והאודיסיאה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מחזאים יוונים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מטמורפוזות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ממצאים ארכיאולוגיים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תולדות האלים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בשלוש שורות: איזו תופעת טבע הייתם רוצים להסביר בעזרת סיפור, ומי הדמויות בסיפור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מונותיאיזם לפוליתיאיזם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תפקידי המיתוס (הסבר טבע, לימוד ערכים, חיבור בין אנשים) והסבירו בעזרת דוגמה מהדף מדוע תפקיד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מיתוס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פוליתיאיזם למונותיאיזם?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למקור שממנו אנחנו מכירים את המיתולוגיה היוונית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מיתולוגיה?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